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הורות בטבע - הפינגווין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פינגווינים שומרים על הביצה והאפרוח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 שומר עלינו כשאנחנו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איתור מידע וסדר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הרגליים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אפרוח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לשמור עליו ולא לצעוק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מה קרה קודם?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אבא שומר על הביצה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ההורים מכירים את הקול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(אבא ששומר על הביצה)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(ביצה שעל הרגליים)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(אפרוח שיוצא מהביצה)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(מבוגרים ששומרים עלינו)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אבא פינגווין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מצטרף למשפחה, ההורים שומרים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נושמים, מדברים עם 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המשפטים בקול ולבקש מהתלמידים להצביע על התמונה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עש״ן ד״ק יחד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קצב העבודה לכל תלמיד/ה ולאפשר שימוש בתמונות ובסמלים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הורות בטבע - הפינגווין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נלמד על משפחת הפינגווינים: איך אבא שומר על הביצה ואיך ההורים מכירים את האפרוח שלהם. נחשוב גם על מי שומר עלינו.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איתור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הביצה של הפינגווין?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הראש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הרגליים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בתוך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יוצא מהביצה?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אפרוח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חתלתול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אבא פינגווין שומר על הביצה על הרגליים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לצעוק על תינוק.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מה קרה קודם?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ההורים מכירים את הקול שלו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אבא שומר על הביצה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ביצה שעל הרגליים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אפרוח שיוצא מהביצה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מבוגרים ששומרים עלינו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אבא ששומר על הביצה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שומר על הביצה של הפינגווין?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עושה האפרוח אחרי שהוא יוצא מהביצה?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הורות בטבע - הפינגווין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