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הורות בטבע - הפינגווין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פינגווינים שומרים על הביצה והאפרוח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שומר עלינו כשאנחנו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אבא פינגווין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מבוגרים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שומרים על הביצה ואז האפרוח יוצא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ההורים דווקא מכירים את הקול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לשמור עליו ולא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דבר טוב וחשוב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שומר על הביצה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האפרוח יוצא מהביצה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ההורים מכירים את הקול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ההורים מאכילים ושומרים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(אבא ששומר על הביצה)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(ביצה שעל הרגליים)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(אפרוח שיוצא מהביצה)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(מבוגרים ששומרים עלינו)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 לאט, אומרים לעצמנו שאנחנו בסדר, וממשיכים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מזהה מבוגר אחראי ששומר עליו/עליה, כגון הורה או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אבא פינגווין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מצטרף למשפחה, ההורים שומרים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נושמים, מדברים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המשפטים בקול ולבקש מהתלמידים להצביע על התמונה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עש״ן ד״ק יחד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לכל תלמיד/ה ולאפשר שימוש בתמונות ובסמלים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הורות בטבע - הפינגווין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פינגווין אבא שומר על הביצה. האפרוח יוצא מהביצה. ההורים אוהבים אותו ושומרים עליו. גם עלינו שומרים מבוגרים.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פִּינְגְּוִין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עוֹף שֶׁחַי בְּמָקוֹם קַר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בֵּיצָה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דָּבָר עָגֹל שֶׁיֵּצֵא מִמֶּנּוּ אֶפְרוֹחַ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אֶפְרוֹחַ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תִּינוֹק שֶׁל צִפּוֹר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שׁוֹמֵר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מֵגֵן וְדוֹאֵג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מְבֻגָּר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אָדָם גָּדוֹל שֶׁאֶפְשָׁר לִסְמֹךְ עָלָיו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עֶזְרָה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מַשֶּׁהוּ שֶׁמְּבַקְּשִׁים כְּשֶׁקָּשֶׁה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דֶּרֶךְ לְהֵרָגַע כְּשֶׁמַּשֶּׁהוּ מַבְהִיל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נמצאת 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הכנף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נולד מהביצה?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חתלתול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מגן על 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ההורים מזהים את האפרוח?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דואג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פינגווין שומר על הביצה על הרגליים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האפרוח יוצא מהביצה לפני שאבא שומר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לא מכירים את הקול של האפרוח.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תינוק.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עזרה ממבוגר כשמפחדים.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מאכילים ושומרים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שומר על הביצה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האפרוח יוצא מהביצה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מכירים את הקול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מבוגרים ששומרים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אבא ששומר על הביצה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ביצה שעל הרגליים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אפרוח שיוצא מהביצה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כשמשהו מבהיל אותנו? (רמז: עש״ן ד״ק)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עליכם? כתבו או ציירו.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הביצה של הפינגווין?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האפרוח אחרי שהוא יוצא מהביצה?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כשמשהו מפחיד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הורות בטבע - הפינגווין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