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פינגווינים שומרים על הביצה והאפרוח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 שומר עלינו כשאנחנו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איתור מידע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אבא פינגווין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לפי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שומרים על הביצה ואז האפרוח יוצא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ההורים דווקא מכירים את הקול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לשמור עליו ולא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דבר טוב וחשוב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מה קרה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אבא שומר על הביצה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האפרוח יוצא מהביצה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ההורים מכירים את הקול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ההורים מאכילים ושומרים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(אבא ששומר על 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(ביצה שעל הרגליים)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(אפרוח שיוצא מהביצה)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(מבוגרים ששומרים עלינו)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 לאט, אומרים לעצמנו שאנחנו בסדר, וממשיכים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מזהה מבוגר אחראי ששומר עליו/עליה, כגון הורה או 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אבא פינגווין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מצטרף למשפחה, ההורים שומרים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נושמים, מדברים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בקול ולבקש מהתלמידים להצביע על התמונה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עש״ן ד״ק יחד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קצב העבודה לכל תלמיד/ה ולאפשר שימוש בתמונות ובסמלים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הורות בטבע - הפינגווין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משפחת הפינגווינים: איך אבא שומר על הביצה ואיך ההורים מכירים את האפרוח שלהם. נחשוב גם על מי שומר עלינו.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הביצה של הפינגווין?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הכנף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יוצא מהביצה?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חתלתול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שומר על הביצה?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ההורים מכירים את האפרוח שלהם?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עלינו כשאנחנו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פינגווין שומר על הביצה על הרגליים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יוצא מהביצה לפני שאבא שומר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לא מכירים את הקול של האפרוח.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תינוק.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עזרה ממבוגר כשמפחדים.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מה קרה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האפרוח יוצא מהביצה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מכירים את הקול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מאכילים ושומרים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שומר על הביצה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מבוגרים ששומרים עלינו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אבא ששומר על הביצה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ביצה שעל הרגליים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אפרוח שיוצא מהביצה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כשמשהו מבהיל אותנו? (רמז: עש״ן ד״ק)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עליכם? כתבו או ציירו.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הביצה של הפינגווין?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האפרוח אחרי שהוא יוצא מהביצה?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כשמשהו מפחיד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הורות בטבע - הפינגווין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